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10BF6" w14:textId="77777777" w:rsidR="00D53169" w:rsidRPr="00FF6037" w:rsidRDefault="00807368">
      <w:pPr>
        <w:pStyle w:val="Titolo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F6037">
        <w:rPr>
          <w:rFonts w:ascii="Times New Roman" w:hAnsi="Times New Roman" w:cs="Times New Roman"/>
          <w:color w:val="000000"/>
          <w:sz w:val="24"/>
          <w:szCs w:val="24"/>
        </w:rPr>
        <w:t>ASL N. 3 DI NUORO</w:t>
      </w:r>
    </w:p>
    <w:p w14:paraId="4454B29C" w14:textId="77777777" w:rsidR="00D53169" w:rsidRPr="00FF6037" w:rsidRDefault="00807368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color w:val="000000"/>
          <w:sz w:val="24"/>
          <w:szCs w:val="24"/>
        </w:rPr>
        <w:t>DICHIARAZIONE DI DISPONIBILITÀ PER ATTIVITÀ DEL PROGETTO “ASCoT”</w:t>
      </w:r>
    </w:p>
    <w:p w14:paraId="0054E723" w14:textId="2D37097C" w:rsidR="00D53169" w:rsidRPr="00FF6037" w:rsidRDefault="00807368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FF6037">
        <w:rPr>
          <w:rFonts w:ascii="Times New Roman" w:hAnsi="Times New Roman" w:cs="Times New Roman"/>
          <w:b/>
          <w:sz w:val="24"/>
          <w:szCs w:val="24"/>
        </w:rPr>
        <w:t>*_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 xml:space="preserve">, codice fiscale 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_*, nato/a a *_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i/>
          <w:sz w:val="24"/>
          <w:szCs w:val="24"/>
        </w:rPr>
        <w:t xml:space="preserve"> il 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_*, residente in *_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 xml:space="preserve">, via 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 xml:space="preserve">_ </w:t>
      </w:r>
      <w:proofErr w:type="gramStart"/>
      <w:r w:rsidRPr="00FF6037">
        <w:rPr>
          <w:rFonts w:ascii="Times New Roman" w:hAnsi="Times New Roman" w:cs="Times New Roman"/>
          <w:sz w:val="24"/>
          <w:szCs w:val="24"/>
        </w:rPr>
        <w:t xml:space="preserve">n. </w:t>
      </w:r>
      <w:r w:rsidRPr="00FF6037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FF6037">
        <w:rPr>
          <w:rFonts w:ascii="Times New Roman" w:hAnsi="Times New Roman" w:cs="Times New Roman"/>
          <w:i/>
          <w:sz w:val="24"/>
          <w:szCs w:val="24"/>
        </w:rPr>
        <w:t xml:space="preserve"> CAP 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i/>
          <w:sz w:val="24"/>
          <w:szCs w:val="24"/>
        </w:rPr>
        <w:t xml:space="preserve">_, telefono 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i/>
          <w:sz w:val="24"/>
          <w:szCs w:val="24"/>
        </w:rPr>
        <w:t xml:space="preserve">, e-mail </w:t>
      </w:r>
      <w:r w:rsidRPr="00FF6037">
        <w:rPr>
          <w:rFonts w:ascii="Times New Roman" w:hAnsi="Times New Roman" w:cs="Times New Roman"/>
          <w:sz w:val="24"/>
          <w:szCs w:val="24"/>
        </w:rPr>
        <w:t>_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 xml:space="preserve">_, PEC </w:t>
      </w:r>
      <w:r w:rsidRPr="00FF6037">
        <w:rPr>
          <w:rFonts w:ascii="Times New Roman" w:hAnsi="Times New Roman" w:cs="Times New Roman"/>
          <w:b/>
          <w:sz w:val="24"/>
          <w:szCs w:val="24"/>
        </w:rPr>
        <w:t>_</w:t>
      </w:r>
      <w:r w:rsidRPr="00FF6037">
        <w:rPr>
          <w:rFonts w:ascii="Times New Roman" w:hAnsi="Times New Roman" w:cs="Times New Roman"/>
          <w:sz w:val="24"/>
          <w:szCs w:val="24"/>
        </w:rPr>
        <w:t>_*___,</w:t>
      </w:r>
    </w:p>
    <w:p w14:paraId="0023618D" w14:textId="6861FE71" w:rsidR="00450131" w:rsidRPr="00FF6037" w:rsidRDefault="00450131" w:rsidP="00450131">
      <w:pPr>
        <w:jc w:val="center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manifesta</w:t>
      </w:r>
    </w:p>
    <w:p w14:paraId="0A5DE5E3" w14:textId="2740E87A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 xml:space="preserve">la propria disponibilità all’inserimento nell’elenco dei medici disponibili per lo svolgimento di incarichi nell’ambito del progetto </w:t>
      </w:r>
      <w:proofErr w:type="spellStart"/>
      <w:r w:rsidRPr="00FF6037">
        <w:rPr>
          <w:rFonts w:ascii="Times New Roman" w:hAnsi="Times New Roman" w:cs="Times New Roman"/>
          <w:sz w:val="24"/>
          <w:szCs w:val="24"/>
        </w:rPr>
        <w:t>ASCoT</w:t>
      </w:r>
      <w:proofErr w:type="spellEnd"/>
      <w:r w:rsidRPr="00FF6037">
        <w:rPr>
          <w:rFonts w:ascii="Times New Roman" w:hAnsi="Times New Roman" w:cs="Times New Roman"/>
          <w:sz w:val="24"/>
          <w:szCs w:val="24"/>
        </w:rPr>
        <w:t>, esprimendo la seguente preferenza per il/i Distretto/i socio-sanitario/i:</w:t>
      </w:r>
    </w:p>
    <w:p w14:paraId="4F48EA4A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Distretto di Nuoro</w:t>
      </w:r>
    </w:p>
    <w:p w14:paraId="3B50F4E5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Distretto di Macomer</w:t>
      </w:r>
    </w:p>
    <w:p w14:paraId="2BCFD121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Distretto di Siniscola</w:t>
      </w:r>
    </w:p>
    <w:p w14:paraId="5E96B3F5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Distretto di Sorgono</w:t>
      </w:r>
    </w:p>
    <w:p w14:paraId="56829718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È possibile selezionare più di un Distretto, qualora si manifesti la propria disponibilità a svolgere attività presso più sedi distrettuali.</w:t>
      </w:r>
    </w:p>
    <w:p w14:paraId="5592952D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>Si precisa che la preferenza espressa ha carattere meramente indicativo e non costituisce assegnazione vincolante a uno specifico Distretto.</w:t>
      </w:r>
      <w:r w:rsidRPr="00FF6037">
        <w:rPr>
          <w:rFonts w:ascii="Times New Roman" w:hAnsi="Times New Roman" w:cs="Times New Roman"/>
          <w:sz w:val="24"/>
          <w:szCs w:val="24"/>
        </w:rPr>
        <w:t xml:space="preserve"> L’Azienda si riserva di individuare il Distretto e la sede di svolgimento dell’incarico in relazione alle esigenze assistenziali e organizzative, alla disponibilità del professionista e al fabbisogno rilevato, potendo pertanto interpellare il medico anche per incarichi presso un Distretto diverso da quello indicato come preferenziale.</w:t>
      </w:r>
    </w:p>
    <w:p w14:paraId="5FE01A8F" w14:textId="44FA68C8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 xml:space="preserve"> PREFERENZA PER LA FASCIA ORARIA</w:t>
      </w:r>
    </w:p>
    <w:p w14:paraId="3367D0DE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Il/La sottoscritto/a manifesta la propria disponibilità a svolgere i turni nelle seguenti fasce orarie:</w:t>
      </w:r>
    </w:p>
    <w:p w14:paraId="30C4A439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Mattina</w:t>
      </w:r>
    </w:p>
    <w:p w14:paraId="02DCF4CE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Pomeriggio</w:t>
      </w:r>
    </w:p>
    <w:p w14:paraId="71A82AFF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Sera</w:t>
      </w:r>
    </w:p>
    <w:p w14:paraId="4D27E333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Disponibilità su più fasce orarie</w:t>
      </w:r>
    </w:p>
    <w:p w14:paraId="0E43F4D8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Disponibilità in qualsiasi fascia oraria, in relazione alle esigenze organizzative e assistenziali dell’Azienda</w:t>
      </w:r>
    </w:p>
    <w:p w14:paraId="6014C9B9" w14:textId="126B12F1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La preferenza espressa sarà tenuta in considerazione compatibilmente con il fabbisogno assistenziale e con la programmazione dei turni.</w:t>
      </w:r>
    </w:p>
    <w:p w14:paraId="77B27AC2" w14:textId="77777777" w:rsidR="00450131" w:rsidRPr="00FF6037" w:rsidRDefault="00450131" w:rsidP="004501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>DISPONIBILITÀ ORARIA</w:t>
      </w:r>
    </w:p>
    <w:p w14:paraId="151C697A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 xml:space="preserve">Il/La sottoscritto/a indica di seguito la propria disponibilità allo svolgimento dei turni </w:t>
      </w:r>
      <w:proofErr w:type="spellStart"/>
      <w:r w:rsidRPr="00FF6037">
        <w:rPr>
          <w:rFonts w:ascii="Times New Roman" w:hAnsi="Times New Roman" w:cs="Times New Roman"/>
          <w:sz w:val="24"/>
          <w:szCs w:val="24"/>
        </w:rPr>
        <w:t>ASCoT</w:t>
      </w:r>
      <w:proofErr w:type="spellEnd"/>
      <w:r w:rsidRPr="00FF6037">
        <w:rPr>
          <w:rFonts w:ascii="Times New Roman" w:hAnsi="Times New Roman" w:cs="Times New Roman"/>
          <w:sz w:val="24"/>
          <w:szCs w:val="24"/>
        </w:rPr>
        <w:t>, specificando le fasce orarie e il numero massimo di ore giornaliere per ciascun giorno della settimana.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5"/>
        <w:gridCol w:w="887"/>
        <w:gridCol w:w="1233"/>
        <w:gridCol w:w="2595"/>
      </w:tblGrid>
      <w:tr w:rsidR="00450131" w:rsidRPr="00FF6037" w14:paraId="5B9A371F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730AD" w14:textId="77777777" w:rsidR="00450131" w:rsidRPr="00FF6037" w:rsidRDefault="00450131" w:rsidP="004501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0" w:type="auto"/>
            <w:vAlign w:val="center"/>
            <w:hideMark/>
          </w:tcPr>
          <w:p w14:paraId="74E3685C" w14:textId="77777777" w:rsidR="00450131" w:rsidRPr="00FF6037" w:rsidRDefault="00450131" w:rsidP="004501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Mattina</w:t>
            </w:r>
          </w:p>
        </w:tc>
        <w:tc>
          <w:tcPr>
            <w:tcW w:w="0" w:type="auto"/>
            <w:vAlign w:val="center"/>
            <w:hideMark/>
          </w:tcPr>
          <w:p w14:paraId="53279A04" w14:textId="77777777" w:rsidR="00450131" w:rsidRPr="00FF6037" w:rsidRDefault="00450131" w:rsidP="004501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Pomeriggio</w:t>
            </w:r>
          </w:p>
        </w:tc>
        <w:tc>
          <w:tcPr>
            <w:tcW w:w="0" w:type="auto"/>
            <w:vAlign w:val="center"/>
            <w:hideMark/>
          </w:tcPr>
          <w:p w14:paraId="314C6A63" w14:textId="77777777" w:rsidR="00450131" w:rsidRPr="00FF6037" w:rsidRDefault="00450131" w:rsidP="0045013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Ore massime giornaliere</w:t>
            </w:r>
          </w:p>
        </w:tc>
      </w:tr>
      <w:tr w:rsidR="00450131" w:rsidRPr="00FF6037" w14:paraId="240FE713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19453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0" w:type="auto"/>
            <w:vAlign w:val="center"/>
            <w:hideMark/>
          </w:tcPr>
          <w:p w14:paraId="5CE41BDA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60D6305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A9C9514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450131" w:rsidRPr="00FF6037" w14:paraId="7FB5F1C3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09055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Martedì</w:t>
            </w:r>
          </w:p>
        </w:tc>
        <w:tc>
          <w:tcPr>
            <w:tcW w:w="0" w:type="auto"/>
            <w:vAlign w:val="center"/>
            <w:hideMark/>
          </w:tcPr>
          <w:p w14:paraId="294DCAD9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286BA2A0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444AAC04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450131" w:rsidRPr="00FF6037" w14:paraId="406CF9DA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8BDA7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Mercoledì</w:t>
            </w:r>
          </w:p>
        </w:tc>
        <w:tc>
          <w:tcPr>
            <w:tcW w:w="0" w:type="auto"/>
            <w:vAlign w:val="center"/>
            <w:hideMark/>
          </w:tcPr>
          <w:p w14:paraId="2460743B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2357B6A2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7061BFF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450131" w:rsidRPr="00FF6037" w14:paraId="686D4762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9EF8C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0" w:type="auto"/>
            <w:vAlign w:val="center"/>
            <w:hideMark/>
          </w:tcPr>
          <w:p w14:paraId="0B278F0D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7A79A40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43D54964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450131" w:rsidRPr="00FF6037" w14:paraId="1251F084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8746F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0" w:type="auto"/>
            <w:vAlign w:val="center"/>
            <w:hideMark/>
          </w:tcPr>
          <w:p w14:paraId="3377AD80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147E5EA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E4BF064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  <w:tr w:rsidR="00450131" w:rsidRPr="00FF6037" w14:paraId="709BB6D9" w14:textId="77777777" w:rsidTr="0045013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4B6AA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Sabato, se richiesto</w:t>
            </w:r>
          </w:p>
        </w:tc>
        <w:tc>
          <w:tcPr>
            <w:tcW w:w="0" w:type="auto"/>
            <w:vAlign w:val="center"/>
            <w:hideMark/>
          </w:tcPr>
          <w:p w14:paraId="3A60993C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26E367D8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D138329" w14:textId="77777777" w:rsidR="00450131" w:rsidRPr="00FF6037" w:rsidRDefault="00450131" w:rsidP="00450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03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</w:tc>
      </w:tr>
    </w:tbl>
    <w:p w14:paraId="20C2A5E2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>Disponibilità complessiva settimanale:</w:t>
      </w:r>
      <w:r w:rsidRPr="00FF6037">
        <w:rPr>
          <w:rFonts w:ascii="Times New Roman" w:hAnsi="Times New Roman" w:cs="Times New Roman"/>
          <w:sz w:val="24"/>
          <w:szCs w:val="24"/>
        </w:rPr>
        <w:t xml:space="preserve"> ______ ore.</w:t>
      </w:r>
    </w:p>
    <w:p w14:paraId="66629D1A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Il/La sottoscritto/a dichiara che la disponibilità sopra indicata è riferita alle proprie effettive possibilità organizzative e professionali e si impegna a comunicare tempestivamente eventuali variazioni.</w:t>
      </w:r>
    </w:p>
    <w:p w14:paraId="7031CBA7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La disponibilità espressa sarà valutata dall’Azienda in relazione al fabbisogno assistenziale e organizzativo, alla programmazione dei turni e alle esigenze delle sedi interessate e non costituisce garanzia di conferimento dell’incarico per tutte le giornate o fasce orarie indicate.</w:t>
      </w:r>
    </w:p>
    <w:p w14:paraId="32BAFC03" w14:textId="7BE1DFFC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Il conferimento dell’incarico resta subordinato alla verifica dei requisiti previsti e alle condizioni indicate nell’Avviso pubblico.</w:t>
      </w:r>
    </w:p>
    <w:p w14:paraId="188BB472" w14:textId="6A84C6D1" w:rsidR="00450131" w:rsidRPr="00FF6037" w:rsidRDefault="00450131" w:rsidP="004501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>DISPONIBILITÀ PER ATTIVITÀ PRESSO STRUTTURE TERRITORIALI</w:t>
      </w:r>
    </w:p>
    <w:p w14:paraId="42964504" w14:textId="503834C3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Il/La sottoscritto/a dichiara inoltre la propria disponibilità a svolgere turn</w:t>
      </w:r>
      <w:r w:rsidR="00203787" w:rsidRPr="00FF6037">
        <w:rPr>
          <w:rFonts w:ascii="Times New Roman" w:hAnsi="Times New Roman" w:cs="Times New Roman"/>
          <w:sz w:val="24"/>
          <w:szCs w:val="24"/>
        </w:rPr>
        <w:t>i presso le seguenti strutture,</w:t>
      </w:r>
      <w:r w:rsidRPr="00FF6037">
        <w:rPr>
          <w:rFonts w:ascii="Times New Roman" w:hAnsi="Times New Roman" w:cs="Times New Roman"/>
          <w:sz w:val="24"/>
          <w:szCs w:val="24"/>
        </w:rPr>
        <w:t xml:space="preserve"> in relazione alle esigenze aziendali:</w:t>
      </w:r>
    </w:p>
    <w:p w14:paraId="19E28EDC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Ospedali di Comunità (</w:t>
      </w:r>
      <w:proofErr w:type="spellStart"/>
      <w:r w:rsidRPr="00FF6037">
        <w:rPr>
          <w:rFonts w:ascii="Times New Roman" w:hAnsi="Times New Roman" w:cs="Times New Roman"/>
          <w:b/>
          <w:bCs/>
          <w:sz w:val="24"/>
          <w:szCs w:val="24"/>
        </w:rPr>
        <w:t>OdC</w:t>
      </w:r>
      <w:proofErr w:type="spellEnd"/>
      <w:r w:rsidRPr="00FF603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38F50AF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Case della Comunità (</w:t>
      </w:r>
      <w:proofErr w:type="spellStart"/>
      <w:r w:rsidRPr="00FF6037">
        <w:rPr>
          <w:rFonts w:ascii="Times New Roman" w:hAnsi="Times New Roman" w:cs="Times New Roman"/>
          <w:b/>
          <w:bCs/>
          <w:sz w:val="24"/>
          <w:szCs w:val="24"/>
        </w:rPr>
        <w:t>CdC</w:t>
      </w:r>
      <w:proofErr w:type="spellEnd"/>
      <w:r w:rsidRPr="00FF603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C171D58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Segoe UI Symbol" w:hAnsi="Segoe UI Symbol" w:cs="Segoe UI Symbol"/>
          <w:sz w:val="24"/>
          <w:szCs w:val="24"/>
        </w:rPr>
        <w:t>☐</w:t>
      </w:r>
      <w:r w:rsidRPr="00FF6037">
        <w:rPr>
          <w:rFonts w:ascii="Times New Roman" w:hAnsi="Times New Roman" w:cs="Times New Roman"/>
          <w:sz w:val="24"/>
          <w:szCs w:val="24"/>
        </w:rPr>
        <w:t xml:space="preserve"> </w:t>
      </w:r>
      <w:r w:rsidRPr="00FF6037">
        <w:rPr>
          <w:rFonts w:ascii="Times New Roman" w:hAnsi="Times New Roman" w:cs="Times New Roman"/>
          <w:b/>
          <w:bCs/>
          <w:sz w:val="24"/>
          <w:szCs w:val="24"/>
        </w:rPr>
        <w:t>Entrambe le tipologie di struttura</w:t>
      </w:r>
    </w:p>
    <w:p w14:paraId="2DCD95A8" w14:textId="6DF51A82" w:rsidR="00450131" w:rsidRPr="00FF6037" w:rsidRDefault="00450131" w:rsidP="004501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6037">
        <w:rPr>
          <w:rFonts w:ascii="Times New Roman" w:hAnsi="Times New Roman" w:cs="Times New Roman"/>
          <w:b/>
          <w:bCs/>
          <w:sz w:val="24"/>
          <w:szCs w:val="24"/>
        </w:rPr>
        <w:t xml:space="preserve"> DICHIARAZIONE FINALE</w:t>
      </w:r>
    </w:p>
    <w:p w14:paraId="42F31BF5" w14:textId="77777777" w:rsidR="00450131" w:rsidRPr="00FF6037" w:rsidRDefault="00450131" w:rsidP="00450131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Il/La sottoscritto/a dichiara di essere consapevole che le preferenze espresse nella presente scheda hanno valore orientativo e non determinano un diritto all’assegnazione presso uno specifico Distretto, sede o fascia oraria, restando le eventuali assegnazioni subordinate alle esigenze assistenziali e organizzative dell’Azienda e alle disposizioni applicabili al progetto.</w:t>
      </w:r>
    </w:p>
    <w:p w14:paraId="658E28E7" w14:textId="5BBF6331" w:rsidR="00D53169" w:rsidRPr="00FF6037" w:rsidRDefault="003D6693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="00807368" w:rsidRPr="00FF6037">
        <w:rPr>
          <w:rFonts w:ascii="Times New Roman" w:hAnsi="Times New Roman" w:cs="Times New Roman"/>
          <w:sz w:val="24"/>
          <w:szCs w:val="24"/>
        </w:rPr>
        <w:t>ai sensi degli articoli 46 e 47 del d.P.R. n. 445/2000,</w:t>
      </w:r>
      <w:r w:rsidR="007059E0">
        <w:rPr>
          <w:rFonts w:ascii="Times New Roman" w:hAnsi="Times New Roman" w:cs="Times New Roman"/>
          <w:sz w:val="24"/>
          <w:szCs w:val="24"/>
        </w:rPr>
        <w:t xml:space="preserve"> altresì,</w:t>
      </w:r>
    </w:p>
    <w:p w14:paraId="19C40FA5" w14:textId="77777777" w:rsidR="00D53169" w:rsidRPr="00FF6037" w:rsidRDefault="00807368" w:rsidP="003D6693">
      <w:pPr>
        <w:pStyle w:val="Titolo2"/>
        <w:jc w:val="center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color w:val="000000"/>
          <w:sz w:val="24"/>
          <w:szCs w:val="24"/>
        </w:rPr>
        <w:t>DICHIARA</w:t>
      </w:r>
    </w:p>
    <w:p w14:paraId="1198EBBC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essere disponibile a svolgere attività nell’ambito del Progetto ASCoT, secondo le esigenze dell’ASL n. 3 di Nuoro e le modalità indicate nell’Avviso;</w:t>
      </w:r>
    </w:p>
    <w:p w14:paraId="32984704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essere disponibile per le seguenti sedi, indicate in ordine di preferenza:</w:t>
      </w:r>
    </w:p>
    <w:p w14:paraId="16E93561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accettare che la sede indicata costituisca preferenza organizzativa e non diritto al conferimento;</w:t>
      </w:r>
    </w:p>
    <w:p w14:paraId="0BB18450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impegnarsi a rispettare gli orari di apertura al pubblico, le turnazioni assegnate e le istruzioni del coordinamento;</w:t>
      </w:r>
    </w:p>
    <w:p w14:paraId="342D9BC6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non effettuare cambi, permute, sostituzioni o modifiche della turnazione senza preventiva autorizzazione;</w:t>
      </w:r>
    </w:p>
    <w:p w14:paraId="54BDC2EF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comunicare mensilmente ogni variazione relativa agli incarichi, alle ore lavorate, ai turni di continuità assistenziale e alle altre attività professionali;</w:t>
      </w:r>
    </w:p>
    <w:p w14:paraId="0EEC3A05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non superare, considerando tutte le attività svolte, il limite complessivo di 48 ore settimanali e di rispettare i riposi giornalieri e settimanali inderogabili;</w:t>
      </w:r>
    </w:p>
    <w:p w14:paraId="177A9A93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essere consapevole che non è ammessa alcuna rinuncia preventiva ai riposi e che l’Azienda può sospendere o rimodulare l’attività per ragioni di sicurezza delle cure;</w:t>
      </w:r>
    </w:p>
    <w:p w14:paraId="5588BB30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accettare il compenso orario di euro 60,00 lordi omnicomprensivi, secondo il regime di pagamento applicabile al proprio profilo;</w:t>
      </w:r>
    </w:p>
    <w:p w14:paraId="79820CB5" w14:textId="77777777" w:rsidR="00D53169" w:rsidRPr="00FF6037" w:rsidRDefault="00807368">
      <w:pPr>
        <w:pStyle w:val="Puntoelenco"/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di essere consapevole che la presente dichiarazione non costituisce promessa o diritto al conferimento dell’incarico.</w:t>
      </w:r>
    </w:p>
    <w:p w14:paraId="54940944" w14:textId="5EFC413D" w:rsidR="00D53169" w:rsidRPr="00FF6037" w:rsidRDefault="00807368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Luogo e data ____</w:t>
      </w:r>
      <w:r w:rsidR="003D6693" w:rsidRPr="00FF6037">
        <w:rPr>
          <w:rFonts w:ascii="Times New Roman" w:hAnsi="Times New Roman" w:cs="Times New Roman"/>
          <w:sz w:val="24"/>
          <w:szCs w:val="24"/>
        </w:rPr>
        <w:t>______</w:t>
      </w:r>
    </w:p>
    <w:p w14:paraId="4E3462CC" w14:textId="1084BF1A" w:rsidR="00D53169" w:rsidRPr="00FF6037" w:rsidRDefault="00807368">
      <w:pPr>
        <w:rPr>
          <w:rFonts w:ascii="Times New Roman" w:hAnsi="Times New Roman" w:cs="Times New Roman"/>
          <w:sz w:val="24"/>
          <w:szCs w:val="24"/>
        </w:rPr>
      </w:pPr>
      <w:r w:rsidRPr="00FF6037">
        <w:rPr>
          <w:rFonts w:ascii="Times New Roman" w:hAnsi="Times New Roman" w:cs="Times New Roman"/>
          <w:sz w:val="24"/>
          <w:szCs w:val="24"/>
        </w:rPr>
        <w:t>Firma ___</w:t>
      </w:r>
      <w:r w:rsidR="003D6693" w:rsidRPr="00FF6037">
        <w:rPr>
          <w:rFonts w:ascii="Times New Roman" w:hAnsi="Times New Roman" w:cs="Times New Roman"/>
          <w:sz w:val="24"/>
          <w:szCs w:val="24"/>
        </w:rPr>
        <w:t>_____________</w:t>
      </w:r>
    </w:p>
    <w:sectPr w:rsidR="00D53169" w:rsidRPr="00FF603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48FE6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03787"/>
    <w:rsid w:val="0029639D"/>
    <w:rsid w:val="00326F90"/>
    <w:rsid w:val="003D6693"/>
    <w:rsid w:val="00450131"/>
    <w:rsid w:val="007059E0"/>
    <w:rsid w:val="007737C2"/>
    <w:rsid w:val="00807368"/>
    <w:rsid w:val="00AA1D8D"/>
    <w:rsid w:val="00B47730"/>
    <w:rsid w:val="00C3331D"/>
    <w:rsid w:val="00CB0664"/>
    <w:rsid w:val="00D53169"/>
    <w:rsid w:val="00E43176"/>
    <w:rsid w:val="00FC12A4"/>
    <w:rsid w:val="00FC693F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BA496"/>
  <w14:defaultImageDpi w14:val="300"/>
  <w15:docId w15:val="{B5B46649-ADC0-4D51-85CC-F39191CA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it-I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6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D066C3-420B-42BB-ABBE-03D8EEC43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GIOVANNA FRANCA PUDDU</cp:lastModifiedBy>
  <cp:revision>2</cp:revision>
  <cp:lastPrinted>2026-10-15T09:06:00Z</cp:lastPrinted>
  <dcterms:created xsi:type="dcterms:W3CDTF">2026-10-29T15:44:00Z</dcterms:created>
  <dcterms:modified xsi:type="dcterms:W3CDTF">2026-10-29T15:44:00Z</dcterms:modified>
  <cp:category/>
</cp:coreProperties>
</file>